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773F0B" w14:textId="77777777" w:rsidR="00DF02BD" w:rsidRDefault="00FE08C7">
      <w:pPr>
        <w:pStyle w:val="Heading1"/>
      </w:pPr>
      <w:r>
        <w:t>NOMVELO KAULA</w:t>
      </w:r>
    </w:p>
    <w:p w14:paraId="4B2E8587" w14:textId="4E91E8FC" w:rsidR="009C0F4A" w:rsidRDefault="00FE08C7" w:rsidP="009C0F4A">
      <w:r>
        <w:rPr>
          <w:b/>
        </w:rPr>
        <w:t xml:space="preserve">Location: </w:t>
      </w:r>
      <w:r>
        <w:t>Umthwalume, Hibberdene, 4220</w:t>
      </w:r>
      <w:r>
        <w:br/>
        <w:t xml:space="preserve">Phone: </w:t>
      </w:r>
      <w:r w:rsidR="000B4690" w:rsidRPr="000B4690">
        <w:t>0699050459</w:t>
      </w:r>
      <w:r w:rsidR="000B4690">
        <w:t>/</w:t>
      </w:r>
      <w:r w:rsidR="00F13720" w:rsidRPr="00F13720">
        <w:t>0606599209</w:t>
      </w:r>
      <w:r>
        <w:br/>
        <w:t xml:space="preserve">Email: </w:t>
      </w:r>
      <w:hyperlink r:id="rId6" w:history="1">
        <w:r w:rsidR="009C0F4A" w:rsidRPr="00E86983">
          <w:rPr>
            <w:rStyle w:val="Hyperlink"/>
          </w:rPr>
          <w:t>nomvelo.kaula05@gmail.com</w:t>
        </w:r>
      </w:hyperlink>
    </w:p>
    <w:p w14:paraId="62C2052C" w14:textId="54AEA64C" w:rsidR="00DF02BD" w:rsidRDefault="00FE08C7" w:rsidP="009C0F4A">
      <w:r>
        <w:t>Professional Summary</w:t>
      </w:r>
    </w:p>
    <w:p w14:paraId="484D5375" w14:textId="77777777" w:rsidR="00DF02BD" w:rsidRDefault="00FE08C7">
      <w:r>
        <w:t>Detail-oriented Administrative and IT Support professional with experience in filing, records management, front desk administration, customer service, data entry, and IT systems support. Skilled in Microsoft Office, computer networking, Cisco systems, and CompTIA A+ concepts. Strong communication, problem-solving, and organizational skills with the ability to work independently or in a team.</w:t>
      </w:r>
    </w:p>
    <w:p w14:paraId="59878D9D" w14:textId="77777777" w:rsidR="00DF02BD" w:rsidRDefault="00FE08C7">
      <w:pPr>
        <w:pStyle w:val="Heading2"/>
      </w:pPr>
      <w:r>
        <w:t>Core Skills</w:t>
      </w:r>
    </w:p>
    <w:p w14:paraId="40509F45" w14:textId="77777777" w:rsidR="00DF02BD" w:rsidRDefault="00FE08C7">
      <w:r>
        <w:t>• Records Management</w:t>
      </w:r>
      <w:r>
        <w:br/>
        <w:t>• Data Entry</w:t>
      </w:r>
      <w:r>
        <w:br/>
        <w:t>• Filing &amp; Document Control</w:t>
      </w:r>
      <w:r>
        <w:br/>
        <w:t>• Front Desk Administration</w:t>
      </w:r>
      <w:r>
        <w:br/>
        <w:t>• Customer Service</w:t>
      </w:r>
      <w:r>
        <w:br/>
        <w:t>• Microsoft Office</w:t>
      </w:r>
      <w:r>
        <w:br/>
        <w:t>• IT Systems Support</w:t>
      </w:r>
      <w:r>
        <w:br/>
        <w:t>• Computer Networking</w:t>
      </w:r>
      <w:r>
        <w:br/>
        <w:t>• Cisco Configuration</w:t>
      </w:r>
      <w:r>
        <w:br/>
        <w:t>• CompTIA A+</w:t>
      </w:r>
      <w:r>
        <w:br/>
        <w:t>• Time Management</w:t>
      </w:r>
      <w:r>
        <w:br/>
        <w:t>• Communication</w:t>
      </w:r>
      <w:r>
        <w:br/>
        <w:t>• Problem Solving</w:t>
      </w:r>
    </w:p>
    <w:p w14:paraId="6FFAEEBC" w14:textId="77777777" w:rsidR="00DF02BD" w:rsidRDefault="00FE08C7">
      <w:pPr>
        <w:pStyle w:val="Heading2"/>
      </w:pPr>
      <w:r>
        <w:t>Professional Experience</w:t>
      </w:r>
    </w:p>
    <w:p w14:paraId="08A585E1" w14:textId="77777777" w:rsidR="00DF02BD" w:rsidRDefault="00FE08C7">
      <w:pPr>
        <w:pStyle w:val="Heading3"/>
      </w:pPr>
      <w:r>
        <w:t>Filing Clerk – Broadreach Healthcare</w:t>
      </w:r>
    </w:p>
    <w:p w14:paraId="510DCBA6" w14:textId="77777777" w:rsidR="00DF02BD" w:rsidRDefault="00FE08C7">
      <w:r>
        <w:t>November 2020 – October 2021</w:t>
      </w:r>
      <w:r>
        <w:br/>
        <w:t>• Managed filing and document management systems.</w:t>
      </w:r>
      <w:r>
        <w:br/>
        <w:t>• Maintained accurate patient records and updated contact details.</w:t>
      </w:r>
      <w:r>
        <w:br/>
        <w:t>• Performed data entry, document organization, and cross-referencing.</w:t>
      </w:r>
      <w:r>
        <w:br/>
        <w:t>• Supported efficient administrative processes.</w:t>
      </w:r>
    </w:p>
    <w:p w14:paraId="194A8104" w14:textId="77777777" w:rsidR="00DF02BD" w:rsidRDefault="00FE08C7">
      <w:pPr>
        <w:pStyle w:val="Heading3"/>
      </w:pPr>
      <w:r>
        <w:t>Front Desk Receptionist – Khambula Security Services</w:t>
      </w:r>
    </w:p>
    <w:p w14:paraId="5A442488" w14:textId="77777777" w:rsidR="00DF02BD" w:rsidRDefault="00FE08C7">
      <w:r>
        <w:t>• Managed reception and administrative duties.</w:t>
      </w:r>
      <w:r>
        <w:br/>
        <w:t>• Scheduled client appointments.</w:t>
      </w:r>
      <w:r>
        <w:br/>
        <w:t>• Provided customer service and cashier support.</w:t>
      </w:r>
    </w:p>
    <w:p w14:paraId="033A6A73" w14:textId="77777777" w:rsidR="00DF02BD" w:rsidRDefault="00FE08C7">
      <w:pPr>
        <w:pStyle w:val="Heading3"/>
      </w:pPr>
      <w:r>
        <w:lastRenderedPageBreak/>
        <w:t>IT Systems Support In-Service Trainee</w:t>
      </w:r>
    </w:p>
    <w:p w14:paraId="7312669C" w14:textId="77777777" w:rsidR="00DF02BD" w:rsidRDefault="00FE08C7">
      <w:r>
        <w:t>2018 – 2019</w:t>
      </w:r>
      <w:r>
        <w:br/>
        <w:t>• Computer troubleshooting.</w:t>
      </w:r>
      <w:r>
        <w:br/>
        <w:t>• Fibre optic cabling.</w:t>
      </w:r>
      <w:r>
        <w:br/>
        <w:t>• Cisco system configuration.</w:t>
      </w:r>
      <w:r>
        <w:br/>
        <w:t>• Network configuration.</w:t>
      </w:r>
    </w:p>
    <w:p w14:paraId="23F76EA7" w14:textId="77777777" w:rsidR="00DF02BD" w:rsidRDefault="00FE08C7">
      <w:pPr>
        <w:pStyle w:val="Heading2"/>
      </w:pPr>
      <w:r>
        <w:t>Education</w:t>
      </w:r>
    </w:p>
    <w:p w14:paraId="665CD05C" w14:textId="77777777" w:rsidR="00DF02BD" w:rsidRDefault="00FE08C7">
      <w:r>
        <w:t>IT Technical Support (NQF Level 5), CTU Training Solutions – 2019</w:t>
      </w:r>
      <w:r>
        <w:br/>
        <w:t>National Senior Certificate, Futura High School – 2015</w:t>
      </w:r>
    </w:p>
    <w:p w14:paraId="11B25582" w14:textId="77777777" w:rsidR="00DF02BD" w:rsidRDefault="00FE08C7">
      <w:pPr>
        <w:pStyle w:val="Heading2"/>
      </w:pPr>
      <w:r>
        <w:t>References</w:t>
      </w:r>
    </w:p>
    <w:p w14:paraId="018707EA" w14:textId="77777777" w:rsidR="00DF02BD" w:rsidRDefault="00FE08C7">
      <w:r>
        <w:t>Mr Zaiferr Maharaj (Lecturer) – 084 619 2754</w:t>
      </w:r>
      <w:r>
        <w:br/>
        <w:t>Ms Aviwe Nkhenyane (Line Manager) – 061 456 9415</w:t>
      </w:r>
    </w:p>
    <w:sectPr w:rsidR="00DF02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0518073">
    <w:abstractNumId w:val="8"/>
  </w:num>
  <w:num w:numId="2" w16cid:durableId="169835582">
    <w:abstractNumId w:val="6"/>
  </w:num>
  <w:num w:numId="3" w16cid:durableId="298808790">
    <w:abstractNumId w:val="5"/>
  </w:num>
  <w:num w:numId="4" w16cid:durableId="411389834">
    <w:abstractNumId w:val="4"/>
  </w:num>
  <w:num w:numId="5" w16cid:durableId="511842851">
    <w:abstractNumId w:val="7"/>
  </w:num>
  <w:num w:numId="6" w16cid:durableId="1747192274">
    <w:abstractNumId w:val="3"/>
  </w:num>
  <w:num w:numId="7" w16cid:durableId="134877388">
    <w:abstractNumId w:val="2"/>
  </w:num>
  <w:num w:numId="8" w16cid:durableId="319777603">
    <w:abstractNumId w:val="1"/>
  </w:num>
  <w:num w:numId="9" w16cid:durableId="10215133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42"/>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218"/>
    <w:rsid w:val="00034616"/>
    <w:rsid w:val="0006063C"/>
    <w:rsid w:val="000B4690"/>
    <w:rsid w:val="0015074B"/>
    <w:rsid w:val="0029639D"/>
    <w:rsid w:val="00326F90"/>
    <w:rsid w:val="0040669C"/>
    <w:rsid w:val="009C0F4A"/>
    <w:rsid w:val="00AA1D8D"/>
    <w:rsid w:val="00B47730"/>
    <w:rsid w:val="00CB0664"/>
    <w:rsid w:val="00DF02BD"/>
    <w:rsid w:val="00F13720"/>
    <w:rsid w:val="00FC693F"/>
    <w:rsid w:val="00FE08C7"/>
    <w:rsid w:val="00FF6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7D9543"/>
  <w14:defaultImageDpi w14:val="300"/>
  <w15:docId w15:val="{036F42FB-E81C-9641-8CD5-C9FCE7499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C0F4A"/>
    <w:rPr>
      <w:color w:val="0000FF" w:themeColor="hyperlink"/>
      <w:u w:val="single"/>
    </w:rPr>
  </w:style>
  <w:style w:type="character" w:styleId="UnresolvedMention">
    <w:name w:val="Unresolved Mention"/>
    <w:basedOn w:val="DefaultParagraphFont"/>
    <w:uiPriority w:val="99"/>
    <w:semiHidden/>
    <w:unhideWhenUsed/>
    <w:rsid w:val="009C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mvelo.kaula05@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 Hlongwane (22111381)</cp:lastModifiedBy>
  <cp:revision>2</cp:revision>
  <dcterms:created xsi:type="dcterms:W3CDTF">2026-08-04T09:16:00Z</dcterms:created>
  <dcterms:modified xsi:type="dcterms:W3CDTF">2026-08-04T09:16:00Z</dcterms:modified>
  <cp:category/>
</cp:coreProperties>
</file>